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ЮАО, Даниловский, Кожуховская 5-я ул., 1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внесения изменений в правила землепользования и застройки города Москвы в отношении территории по адресу: ЮАО, Даниловский, Кожуховская 5-я ул., 1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Даниловский.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01.12.2021 на официальном сайте и проводится с 08:00 01.12.2021 по 23:59 14.12.2021.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